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59" w:lineRule="auto"/>
        <w:jc w:val="left"/>
      </w:pPr>
      <w:r>
        <w:rPr>
          <w:rFonts w:ascii="Arial" w:hAnsi="Arial"/>
          <w:b/>
          <w:i w:val="0"/>
          <w:color w:val="182634"/>
          <w:sz w:val="44"/>
        </w:rPr>
        <w:t>BASHAR ALBASHIER</w:t>
      </w:r>
    </w:p>
    <w:p>
      <w:pPr>
        <w:spacing w:before="0" w:after="60" w:line="259" w:lineRule="auto"/>
      </w:pPr>
      <w:r>
        <w:rPr>
          <w:rFonts w:ascii="Arial" w:hAnsi="Arial"/>
          <w:b/>
          <w:i w:val="0"/>
          <w:color w:val="1D4E79"/>
          <w:sz w:val="25"/>
        </w:rPr>
        <w:t>SENIOR FLUTTER &amp; MOBILE ENGINEER</w:t>
      </w:r>
    </w:p>
    <w:p>
      <w:pPr>
        <w:spacing w:before="0" w:after="20" w:line="240" w:lineRule="auto"/>
      </w:pPr>
      <w:r>
        <w:rPr>
          <w:rFonts w:ascii="Arial" w:hAnsi="Arial"/>
          <w:b w:val="0"/>
          <w:i w:val="0"/>
          <w:color w:val="4F5963"/>
          <w:sz w:val="18"/>
        </w:rPr>
        <w:t>Cairo, Egypt - Open to remote and international opportunities</w:t>
      </w:r>
      <w:r>
        <w:rPr>
          <w:rFonts w:ascii="Arial" w:hAnsi="Arial"/>
          <w:b w:val="0"/>
          <w:i w:val="0"/>
          <w:color w:val="4F5963"/>
          <w:sz w:val="18"/>
        </w:rPr>
        <w:t xml:space="preserve"> | </w:t>
      </w:r>
      <w:r>
        <w:rPr>
          <w:rFonts w:ascii="Arial" w:hAnsi="Arial"/>
          <w:b w:val="0"/>
          <w:i w:val="0"/>
          <w:color w:val="4F5963"/>
          <w:sz w:val="18"/>
        </w:rPr>
        <w:t>+20 103 236 0509</w:t>
      </w:r>
      <w:r>
        <w:rPr>
          <w:rFonts w:ascii="Arial" w:hAnsi="Arial"/>
          <w:b w:val="0"/>
          <w:i w:val="0"/>
          <w:color w:val="4F5963"/>
          <w:sz w:val="18"/>
        </w:rPr>
        <w:t xml:space="preserve"> | </w:t>
      </w:r>
      <w:r>
        <w:rPr>
          <w:rFonts w:ascii="Arial" w:hAnsi="Arial"/>
          <w:b w:val="0"/>
          <w:i w:val="0"/>
          <w:color w:val="4F5963"/>
          <w:sz w:val="18"/>
        </w:rPr>
        <w:t>basharalbashier@gmail.com</w:t>
      </w:r>
    </w:p>
    <w:p>
      <w:pPr>
        <w:spacing w:before="0" w:after="60" w:line="240" w:lineRule="auto"/>
      </w:pPr>
      <w:hyperlink r:id="rId9">
        <w:r>
          <w:rPr>
            <w:rFonts w:ascii="Arial" w:hAnsi="Arial"/>
            <w:sz w:val="19"/>
            <w:color w:val="1D4E79"/>
            <w:u w:val="none"/>
          </w:rPr>
          <w:t>linkedin.com/in/basharalbashier</w:t>
        </w:r>
      </w:hyperlink>
      <w:r>
        <w:rPr>
          <w:rFonts w:ascii="Arial" w:hAnsi="Arial"/>
          <w:b w:val="0"/>
          <w:i w:val="0"/>
          <w:color w:val="4F5963"/>
          <w:sz w:val="18"/>
        </w:rPr>
        <w:t xml:space="preserve"> | </w:t>
      </w:r>
      <w:hyperlink r:id="rId10">
        <w:r>
          <w:rPr>
            <w:rFonts w:ascii="Arial" w:hAnsi="Arial"/>
            <w:sz w:val="19"/>
            <w:color w:val="1D4E79"/>
            <w:u w:val="none"/>
          </w:rPr>
          <w:t>github.com/basharalbashier</w:t>
        </w:r>
      </w:hyperlink>
    </w:p>
    <w:p>
      <w:pPr>
        <w:pStyle w:val="Heading1"/>
        <w:keepNext/>
        <w:spacing w:before="110" w:after="50"/>
        <w:pBdr>
          <w:bottom w:val="single" w:sz="5" w:space="2" w:color="AFC1D2"/>
        </w:pBdr>
      </w:pPr>
      <w:r>
        <w:rPr>
          <w:rFonts w:ascii="Arial" w:hAnsi="Arial"/>
          <w:b/>
          <w:i w:val="0"/>
          <w:color w:val="1D4E79"/>
          <w:sz w:val="23"/>
        </w:rPr>
        <w:t>PROFESSIONAL SUMMARY</w:t>
      </w:r>
    </w:p>
    <w:p>
      <w:pPr>
        <w:spacing w:before="0" w:after="40" w:line="259" w:lineRule="auto"/>
      </w:pPr>
      <w:r>
        <w:rPr>
          <w:rFonts w:ascii="Arial" w:hAnsi="Arial"/>
          <w:b w:val="0"/>
          <w:i w:val="0"/>
          <w:color w:val="182634"/>
          <w:sz w:val="19"/>
        </w:rPr>
        <w:t>Senior Flutter and Mobile Engineer with 7+ years of experience delivering production applications across social, healthcare, delivery, and e-commerce products. Specialized in Flutter/Dart, real-time communication, WebRTC and LiveKit, media-heavy mobile experiences, native iOS integration, REST and GraphQL services, and performance optimization. Led a five-person engineering team and improved software quality through automated testing, refactoring, and pragmatic cross-functional delivery.</w:t>
      </w:r>
    </w:p>
    <w:p>
      <w:pPr>
        <w:pStyle w:val="Heading1"/>
        <w:keepNext/>
        <w:spacing w:before="110" w:after="50"/>
        <w:pBdr>
          <w:bottom w:val="single" w:sz="5" w:space="2" w:color="AFC1D2"/>
        </w:pBdr>
      </w:pPr>
      <w:r>
        <w:rPr>
          <w:rFonts w:ascii="Arial" w:hAnsi="Arial"/>
          <w:b/>
          <w:i w:val="0"/>
          <w:color w:val="1D4E79"/>
          <w:sz w:val="23"/>
        </w:rPr>
        <w:t>CORE SKILLS</w:t>
      </w:r>
    </w:p>
    <w:p>
      <w:pPr>
        <w:spacing w:before="0" w:after="30" w:line="252" w:lineRule="auto"/>
      </w:pPr>
      <w:r>
        <w:rPr>
          <w:rFonts w:ascii="Arial" w:hAnsi="Arial"/>
          <w:b/>
          <w:i w:val="0"/>
          <w:color w:val="1D4E79"/>
          <w:sz w:val="19"/>
        </w:rPr>
        <w:t xml:space="preserve">Mobile: </w:t>
      </w:r>
      <w:r>
        <w:rPr>
          <w:rFonts w:ascii="Arial" w:hAnsi="Arial"/>
          <w:b w:val="0"/>
          <w:i w:val="0"/>
          <w:color w:val="182634"/>
          <w:sz w:val="19"/>
        </w:rPr>
        <w:t>Flutter, Dart, iOS integration, SwiftUI, UIKit, CoreData, CallKit</w:t>
      </w:r>
    </w:p>
    <w:p>
      <w:pPr>
        <w:spacing w:before="0" w:after="30" w:line="252" w:lineRule="auto"/>
      </w:pPr>
      <w:r>
        <w:rPr>
          <w:rFonts w:ascii="Arial" w:hAnsi="Arial"/>
          <w:b/>
          <w:i w:val="0"/>
          <w:color w:val="1D4E79"/>
          <w:sz w:val="19"/>
        </w:rPr>
        <w:t xml:space="preserve">Real-Time &amp; Media: </w:t>
      </w:r>
      <w:r>
        <w:rPr>
          <w:rFonts w:ascii="Arial" w:hAnsi="Arial"/>
          <w:b w:val="0"/>
          <w:i w:val="0"/>
          <w:color w:val="182634"/>
          <w:sz w:val="19"/>
        </w:rPr>
        <w:t>WebRTC, LiveKit, WebSockets, instant messaging, voice notes, livestreaming, short-video playback and editing</w:t>
      </w:r>
    </w:p>
    <w:p>
      <w:pPr>
        <w:spacing w:before="0" w:after="30" w:line="252" w:lineRule="auto"/>
      </w:pPr>
      <w:r>
        <w:rPr>
          <w:rFonts w:ascii="Arial" w:hAnsi="Arial"/>
          <w:b/>
          <w:i w:val="0"/>
          <w:color w:val="1D4E79"/>
          <w:sz w:val="19"/>
        </w:rPr>
        <w:t xml:space="preserve">Backend &amp; APIs: </w:t>
      </w:r>
      <w:r>
        <w:rPr>
          <w:rFonts w:ascii="Arial" w:hAnsi="Arial"/>
          <w:b w:val="0"/>
          <w:i w:val="0"/>
          <w:color w:val="182634"/>
          <w:sz w:val="19"/>
        </w:rPr>
        <w:t>REST APIs, GraphQL, Node.js, Laravel, Ruby on Rails, PHP, Ruby, Python, JavaScript</w:t>
      </w:r>
    </w:p>
    <w:p>
      <w:pPr>
        <w:spacing w:before="0" w:after="30" w:line="252" w:lineRule="auto"/>
      </w:pPr>
      <w:r>
        <w:rPr>
          <w:rFonts w:ascii="Arial" w:hAnsi="Arial"/>
          <w:b/>
          <w:i w:val="0"/>
          <w:color w:val="1D4E79"/>
          <w:sz w:val="19"/>
        </w:rPr>
        <w:t xml:space="preserve">Data &amp; Delivery: </w:t>
      </w:r>
      <w:r>
        <w:rPr>
          <w:rFonts w:ascii="Arial" w:hAnsi="Arial"/>
          <w:b w:val="0"/>
          <w:i w:val="0"/>
          <w:color w:val="182634"/>
          <w:sz w:val="19"/>
        </w:rPr>
        <w:t>MySQL, PostgreSQL, MongoDB, AWS, Docker, CI/CD, Git</w:t>
      </w:r>
    </w:p>
    <w:p>
      <w:pPr>
        <w:spacing w:before="0" w:after="30" w:line="252" w:lineRule="auto"/>
      </w:pPr>
      <w:r>
        <w:rPr>
          <w:rFonts w:ascii="Arial" w:hAnsi="Arial"/>
          <w:b/>
          <w:i w:val="0"/>
          <w:color w:val="1D4E79"/>
          <w:sz w:val="19"/>
        </w:rPr>
        <w:t xml:space="preserve">Engineering: </w:t>
      </w:r>
      <w:r>
        <w:rPr>
          <w:rFonts w:ascii="Arial" w:hAnsi="Arial"/>
          <w:b w:val="0"/>
          <w:i w:val="0"/>
          <w:color w:val="182634"/>
          <w:sz w:val="19"/>
        </w:rPr>
        <w:t>Performance optimization, automated testing, TDD, Agile/Scrum, technical leadership, code review</w:t>
      </w:r>
    </w:p>
    <w:p>
      <w:pPr>
        <w:pStyle w:val="Heading1"/>
        <w:keepNext/>
        <w:spacing w:before="110" w:after="50"/>
        <w:pBdr>
          <w:bottom w:val="single" w:sz="5" w:space="2" w:color="AFC1D2"/>
        </w:pBdr>
      </w:pPr>
      <w:r>
        <w:rPr>
          <w:rFonts w:ascii="Arial" w:hAnsi="Arial"/>
          <w:b/>
          <w:i w:val="0"/>
          <w:color w:val="1D4E79"/>
          <w:sz w:val="23"/>
        </w:rPr>
        <w:t>PROFESSIONAL EXPERIENCE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182634"/>
          <w:sz w:val="21"/>
        </w:rPr>
        <w:t>Senior Flutter Engineer</w:t>
      </w:r>
      <w:r>
        <w:rPr>
          <w:rFonts w:ascii="Arial" w:hAnsi="Arial"/>
          <w:b/>
          <w:i w:val="0"/>
          <w:color w:val="1D4E79"/>
          <w:sz w:val="21"/>
        </w:rPr>
        <w:t xml:space="preserve"> | Tezda Ltd (Pingtop)</w:t>
      </w:r>
      <w:r>
        <w:rPr>
          <w:rFonts w:ascii="Arial" w:hAnsi="Arial"/>
          <w:b w:val="0"/>
          <w:i w:val="0"/>
          <w:color w:val="4F5963"/>
          <w:sz w:val="19"/>
        </w:rPr>
        <w:t xml:space="preserve"> | Remote | Jul 2024 - Present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Lead development of scalable Flutter and Dart features for a media-rich social mobile product.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Built livestream functionality with LiveKit and developed the feed's short-video playback experience and editing workflow.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Implemented and enhanced WebRTC video calling, instant messaging, and voice-note functionality.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Integrated RESTful and GraphQL services while collaborating with product, design, backend, and QA teams.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Improved application performance by 30% through profiling, code optimization, and targeted refactoring.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182634"/>
          <w:sz w:val="21"/>
        </w:rPr>
        <w:t>Software Engineer / Team Lead</w:t>
      </w:r>
      <w:r>
        <w:rPr>
          <w:rFonts w:ascii="Arial" w:hAnsi="Arial"/>
          <w:b/>
          <w:i w:val="0"/>
          <w:color w:val="1D4E79"/>
          <w:sz w:val="21"/>
        </w:rPr>
        <w:t xml:space="preserve"> | Omdurman Maternity Hospital</w:t>
      </w:r>
      <w:r>
        <w:rPr>
          <w:rFonts w:ascii="Arial" w:hAnsi="Arial"/>
          <w:b w:val="0"/>
          <w:i w:val="0"/>
          <w:color w:val="4F5963"/>
          <w:sz w:val="19"/>
        </w:rPr>
        <w:t xml:space="preserve"> | Omdurman, Sudan | Oct 2022 - Apr 2023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Led five frontend and backend developers delivering a medical-record system with Flutter and Laravel.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Introduced automated testing practices that reduced reported defects by 20%.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Improved reliability and maintainability for workflows handling sensitive healthcare information.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182634"/>
          <w:sz w:val="21"/>
        </w:rPr>
        <w:t>Software Engineer</w:t>
      </w:r>
      <w:r>
        <w:rPr>
          <w:rFonts w:ascii="Arial" w:hAnsi="Arial"/>
          <w:b/>
          <w:i w:val="0"/>
          <w:color w:val="1D4E79"/>
          <w:sz w:val="21"/>
        </w:rPr>
        <w:t xml:space="preserve"> | Soat Inc.</w:t>
      </w:r>
      <w:r>
        <w:rPr>
          <w:rFonts w:ascii="Arial" w:hAnsi="Arial"/>
          <w:b w:val="0"/>
          <w:i w:val="0"/>
          <w:color w:val="4F5963"/>
          <w:sz w:val="19"/>
        </w:rPr>
        <w:t xml:space="preserve"> | Riyadh, Saudi Arabia | Jun 2021 - Oct 2022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Developed Flutter delivery applications backed by Node.js and Laravel services.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Implemented real-time geolocation and contributed to server-side performance and load balancing.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Built prioritization logic supporting operational and management dashboards.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182634"/>
          <w:sz w:val="21"/>
        </w:rPr>
        <w:t>Software Engineer</w:t>
      </w:r>
      <w:r>
        <w:rPr>
          <w:rFonts w:ascii="Arial" w:hAnsi="Arial"/>
          <w:b/>
          <w:i w:val="0"/>
          <w:color w:val="1D4E79"/>
          <w:sz w:val="21"/>
        </w:rPr>
        <w:t xml:space="preserve"> | Amipharma Inc.</w:t>
      </w:r>
      <w:r>
        <w:rPr>
          <w:rFonts w:ascii="Arial" w:hAnsi="Arial"/>
          <w:b w:val="0"/>
          <w:i w:val="0"/>
          <w:color w:val="4F5963"/>
          <w:sz w:val="19"/>
        </w:rPr>
        <w:t xml:space="preserve"> | Khartoum-Bahri, Sudan | Jan 2019 - May 2021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Built and maintained an e-commerce mobile application using Flutter with a Ruby on Rails backend.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Implemented authentication, payment, product-listing, and pagination workflows.</w:t>
      </w:r>
    </w:p>
    <w:p>
      <w:pPr>
        <w:keepLines/>
        <w:numPr>
          <w:ilvl w:val="0"/>
          <w:numId w:val="77"/>
        </w:numPr>
        <w:spacing w:before="0" w:after="3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Improved mobile usability and interface consistency across core customer journeys.</w:t>
      </w:r>
    </w:p>
    <w:p>
      <w:pPr>
        <w:pStyle w:val="Heading1"/>
        <w:keepNext/>
        <w:spacing w:before="110" w:after="50"/>
        <w:pBdr>
          <w:bottom w:val="single" w:sz="5" w:space="2" w:color="AFC1D2"/>
        </w:pBdr>
      </w:pPr>
      <w:r>
        <w:rPr>
          <w:rFonts w:ascii="Arial" w:hAnsi="Arial"/>
          <w:b/>
          <w:i w:val="0"/>
          <w:color w:val="1D4E79"/>
          <w:sz w:val="23"/>
        </w:rPr>
        <w:t>SELECTED ENGINEERING PROJECTS</w:t>
      </w:r>
    </w:p>
    <w:p>
      <w:pPr>
        <w:spacing w:before="0" w:after="20" w:line="259" w:lineRule="auto"/>
      </w:pPr>
      <w:r>
        <w:rPr>
          <w:rFonts w:ascii="Arial" w:hAnsi="Arial"/>
          <w:b/>
          <w:i w:val="0"/>
          <w:color w:val="182634"/>
          <w:sz w:val="20"/>
        </w:rPr>
        <w:t>iOS Image &amp; Video Editor Plugin</w:t>
      </w:r>
      <w:r>
        <w:rPr>
          <w:rFonts w:ascii="Arial" w:hAnsi="Arial"/>
          <w:b w:val="0"/>
          <w:i w:val="0"/>
          <w:color w:val="4F5963"/>
          <w:sz w:val="18"/>
        </w:rPr>
        <w:t xml:space="preserve"> | Flutter, Dart, Swift, UIKit</w:t>
      </w:r>
    </w:p>
    <w:p>
      <w:pPr>
        <w:keepLines/>
        <w:numPr>
          <w:ilvl w:val="0"/>
          <w:numId w:val="77"/>
        </w:numPr>
        <w:spacing w:before="0" w:after="1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Created a Flutter plugin that exposes native iOS image and video editing, including crop, rotate, filters, drawing, mosaic, and localization support.</w:t>
      </w:r>
    </w:p>
    <w:p>
      <w:pPr>
        <w:spacing w:before="0" w:after="40" w:line="259" w:lineRule="auto"/>
      </w:pPr>
      <w:hyperlink r:id="rId11">
        <w:r>
          <w:rPr>
            <w:rFonts w:ascii="Arial" w:hAnsi="Arial"/>
            <w:sz w:val="19"/>
            <w:color w:val="1D4E79"/>
            <w:u w:val="none"/>
          </w:rPr>
          <w:t>github.com/basharalbashier/bash_ios_image_and_video_editor</w:t>
        </w:r>
      </w:hyperlink>
    </w:p>
    <w:p>
      <w:pPr>
        <w:spacing w:before="0" w:after="20" w:line="259" w:lineRule="auto"/>
      </w:pPr>
      <w:r>
        <w:rPr>
          <w:rFonts w:ascii="Arial" w:hAnsi="Arial"/>
          <w:b/>
          <w:i w:val="0"/>
          <w:color w:val="182634"/>
          <w:sz w:val="20"/>
        </w:rPr>
        <w:t>Omdurman Maternity Hospital Medical Record</w:t>
      </w:r>
      <w:r>
        <w:rPr>
          <w:rFonts w:ascii="Arial" w:hAnsi="Arial"/>
          <w:b w:val="0"/>
          <w:i w:val="0"/>
          <w:color w:val="4F5963"/>
          <w:sz w:val="18"/>
        </w:rPr>
        <w:t xml:space="preserve"> | Flutter, Laravel</w:t>
      </w:r>
    </w:p>
    <w:p>
      <w:pPr>
        <w:keepLines/>
        <w:numPr>
          <w:ilvl w:val="0"/>
          <w:numId w:val="77"/>
        </w:numPr>
        <w:spacing w:before="0" w:after="10" w:line="252" w:lineRule="auto"/>
        <w:ind w:left="432" w:hanging="216"/>
      </w:pPr>
      <w:r>
        <w:rPr>
          <w:rFonts w:ascii="Arial" w:hAnsi="Arial"/>
          <w:b w:val="0"/>
          <w:i w:val="0"/>
          <w:color w:val="182634"/>
          <w:sz w:val="19"/>
        </w:rPr>
        <w:t>Delivered a healthcare record-management application with a five-person team, emphasizing reliability, testing, and maintainable workflows.</w:t>
      </w:r>
    </w:p>
    <w:p>
      <w:pPr>
        <w:spacing w:before="0" w:after="40" w:line="259" w:lineRule="auto"/>
      </w:pPr>
      <w:hyperlink r:id="rId12">
        <w:r>
          <w:rPr>
            <w:rFonts w:ascii="Arial" w:hAnsi="Arial"/>
            <w:sz w:val="19"/>
            <w:color w:val="1D4E79"/>
            <w:u w:val="none"/>
          </w:rPr>
          <w:t>github.com/basharalbashier/Omdorman-Maternity-hospital-medical-record</w:t>
        </w:r>
      </w:hyperlink>
    </w:p>
    <w:p>
      <w:pPr>
        <w:pStyle w:val="Heading1"/>
        <w:keepNext/>
        <w:spacing w:before="110" w:after="50"/>
        <w:pBdr>
          <w:bottom w:val="single" w:sz="5" w:space="2" w:color="AFC1D2"/>
        </w:pBdr>
      </w:pPr>
      <w:r>
        <w:rPr>
          <w:rFonts w:ascii="Arial" w:hAnsi="Arial"/>
          <w:b/>
          <w:i w:val="0"/>
          <w:color w:val="1D4E79"/>
          <w:sz w:val="23"/>
        </w:rPr>
        <w:t>EDUCATION</w:t>
      </w:r>
    </w:p>
    <w:p>
      <w:pPr>
        <w:spacing w:before="0" w:after="20" w:line="259" w:lineRule="auto"/>
      </w:pPr>
      <w:r>
        <w:rPr>
          <w:rFonts w:ascii="Arial" w:hAnsi="Arial"/>
          <w:b/>
          <w:i w:val="0"/>
          <w:color w:val="182634"/>
          <w:sz w:val="19"/>
        </w:rPr>
        <w:t>Bachelor of Science in Computer Science</w:t>
      </w:r>
      <w:r>
        <w:rPr>
          <w:rFonts w:ascii="Arial" w:hAnsi="Arial"/>
          <w:b w:val="0"/>
          <w:i w:val="0"/>
          <w:color w:val="4F5963"/>
          <w:sz w:val="19"/>
        </w:rPr>
        <w:t xml:space="preserve"> | Sudan University of Science and Technology | May 2019</w:t>
      </w:r>
    </w:p>
    <w:p>
      <w:pPr>
        <w:spacing w:before="0" w:after="0" w:line="259" w:lineRule="auto"/>
      </w:pPr>
      <w:r>
        <w:rPr>
          <w:rFonts w:ascii="Arial" w:hAnsi="Arial"/>
          <w:b/>
          <w:i w:val="0"/>
          <w:color w:val="182634"/>
          <w:sz w:val="19"/>
        </w:rPr>
        <w:t>Diploma in Survey Engineering</w:t>
      </w:r>
      <w:r>
        <w:rPr>
          <w:rFonts w:ascii="Arial" w:hAnsi="Arial"/>
          <w:b w:val="0"/>
          <w:i w:val="0"/>
          <w:color w:val="4F5963"/>
          <w:sz w:val="19"/>
        </w:rPr>
        <w:t xml:space="preserve"> | Sudan University of Science and Technology | May 2013</w:t>
      </w:r>
    </w:p>
    <w:sectPr>
      <w:footerReference w:type="default" r:id="rId13"/>
      <w:pgSz w:w="12240" w:h="15840"/>
      <w:pgMar w:top="691" w:right="1037" w:bottom="60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right"/>
    </w:pPr>
    <w:r>
      <w:rPr>
        <w:rFonts w:ascii="Arial" w:hAnsi="Arial"/>
        <w:b w:val="0"/>
        <w:i w:val="0"/>
        <w:color w:val="4F5963"/>
        <w:sz w:val="17"/>
      </w:rPr>
      <w:t xml:space="preserve">Bashar Albashier | Page </w:t>
    </w:r>
    <w:r>
      <w:rPr>
        <w:rFonts w:ascii="Arial" w:hAnsi="Arial"/>
        <w:b w:val="0"/>
        <w:i w:val="0"/>
        <w:color w:val="4F5963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77">
    <w:multiLevelType w:val="singleLevel"/>
    <w:lvl w:ilvl="0">
      <w:start w:val="1"/>
      <w:numFmt w:val="bullet"/>
      <w:lvlText w:val="•"/>
      <w:lvlJc w:val="left"/>
      <w:pPr>
        <w:tabs>
          <w:tab w:val="num" w:pos="432"/>
        </w:tabs>
        <w:ind w:left="432" w:hanging="216"/>
      </w:pPr>
    </w:lvl>
  </w:abstractNum>
  <w:num w:numId="77">
    <w:abstractNumId w:val="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1826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D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D4E7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basharalbashier/" TargetMode="External"/><Relationship Id="rId10" Type="http://schemas.openxmlformats.org/officeDocument/2006/relationships/hyperlink" Target="https://github.com/basharalbashier" TargetMode="External"/><Relationship Id="rId11" Type="http://schemas.openxmlformats.org/officeDocument/2006/relationships/hyperlink" Target="https://github.com/basharalbashier/bash_ios_image_and_video_editor" TargetMode="External"/><Relationship Id="rId12" Type="http://schemas.openxmlformats.org/officeDocument/2006/relationships/hyperlink" Target="https://github.com/basharalbashier/Omdorman-Maternity-hospital-medical-record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Bashar Albashier - Senior Flutter and Mobile Engineer CV</dc:title>
  <dc:subject>ATS-focused software engineering curriculum vitae</dc:subject>
  <dc:creator/>
  <cp:keywords>Flutter, Dart, Mobile Engineer, Senior Flutter Engineer, WebRTC, LiveKit, GraphQL, iOS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